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A65F6" w14:textId="77777777" w:rsidR="002266F2" w:rsidRDefault="002266F2" w:rsidP="00CA7192">
      <w:pPr>
        <w:spacing w:after="0" w:line="240" w:lineRule="auto"/>
        <w:jc w:val="center"/>
        <w:rPr>
          <w:b/>
          <w:sz w:val="24"/>
        </w:rPr>
      </w:pPr>
      <w:bookmarkStart w:id="0" w:name="_GoBack"/>
      <w:bookmarkEnd w:id="0"/>
    </w:p>
    <w:p w14:paraId="3FEBAB36" w14:textId="3DD83372" w:rsidR="002266F2" w:rsidRPr="002266F2" w:rsidRDefault="002266F2" w:rsidP="00CA7192">
      <w:pPr>
        <w:spacing w:after="0" w:line="240" w:lineRule="auto"/>
        <w:jc w:val="center"/>
        <w:rPr>
          <w:b/>
          <w:sz w:val="24"/>
        </w:rPr>
      </w:pPr>
      <w:r w:rsidRPr="002266F2">
        <w:rPr>
          <w:b/>
          <w:sz w:val="24"/>
        </w:rPr>
        <w:t>T.C</w:t>
      </w:r>
      <w:r w:rsidR="003355BE">
        <w:rPr>
          <w:b/>
          <w:sz w:val="24"/>
        </w:rPr>
        <w:t>.</w:t>
      </w:r>
    </w:p>
    <w:p w14:paraId="4C2F9034" w14:textId="0AA39083" w:rsidR="00996D3F" w:rsidRPr="002266F2" w:rsidRDefault="004C0AC1" w:rsidP="00CA7192">
      <w:pPr>
        <w:spacing w:after="0" w:line="240" w:lineRule="auto"/>
        <w:jc w:val="center"/>
        <w:rPr>
          <w:b/>
          <w:sz w:val="24"/>
        </w:rPr>
      </w:pPr>
      <w:r w:rsidRPr="002266F2">
        <w:rPr>
          <w:b/>
          <w:sz w:val="24"/>
        </w:rPr>
        <w:t>ANKARA ÜNİVERSİTESİ REKTÖRLÜĞÜNE</w:t>
      </w:r>
    </w:p>
    <w:p w14:paraId="208432F4" w14:textId="77777777" w:rsidR="002266F2" w:rsidRPr="00CA7192" w:rsidRDefault="002266F2" w:rsidP="00CA7192">
      <w:pPr>
        <w:spacing w:after="0" w:line="240" w:lineRule="auto"/>
        <w:jc w:val="center"/>
        <w:rPr>
          <w:sz w:val="22"/>
          <w:szCs w:val="24"/>
        </w:rPr>
      </w:pPr>
    </w:p>
    <w:p w14:paraId="4B0BB012" w14:textId="77777777" w:rsidR="002266F2" w:rsidRDefault="002266F2" w:rsidP="00CA7192">
      <w:pPr>
        <w:spacing w:line="240" w:lineRule="auto"/>
        <w:jc w:val="center"/>
        <w:rPr>
          <w:b/>
          <w:sz w:val="24"/>
        </w:rPr>
      </w:pPr>
    </w:p>
    <w:p w14:paraId="57BBEFA2" w14:textId="0144E4D7" w:rsidR="00996D3F" w:rsidRPr="004C0AC1" w:rsidRDefault="004C0AC1" w:rsidP="003355BE">
      <w:pPr>
        <w:spacing w:after="0"/>
        <w:jc w:val="center"/>
        <w:rPr>
          <w:sz w:val="18"/>
          <w:szCs w:val="20"/>
        </w:rPr>
      </w:pPr>
      <w:r w:rsidRPr="004C0AC1">
        <w:rPr>
          <w:b/>
          <w:sz w:val="22"/>
          <w:szCs w:val="20"/>
        </w:rPr>
        <w:t>UBED BAŞVURUSU KAPSAMINDA FERAGAT BEYANI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6969"/>
      </w:tblGrid>
      <w:tr w:rsidR="00996D3F" w:rsidRPr="00CA7192" w14:paraId="7DE6CD76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5FE50466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Başvuru Sahibi</w:t>
            </w:r>
          </w:p>
        </w:tc>
        <w:tc>
          <w:tcPr>
            <w:tcW w:w="6969" w:type="dxa"/>
            <w:vAlign w:val="center"/>
          </w:tcPr>
          <w:p w14:paraId="6FE6A221" w14:textId="692420A7" w:rsidR="00996D3F" w:rsidRPr="00AD2341" w:rsidRDefault="000F76FB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>
              <w:rPr>
                <w:sz w:val="22"/>
                <w:szCs w:val="32"/>
                <w:lang w:val="tr-TR"/>
              </w:rPr>
              <w:t xml:space="preserve">Unvan, İsim </w:t>
            </w:r>
            <w:proofErr w:type="spellStart"/>
            <w:r>
              <w:rPr>
                <w:sz w:val="22"/>
                <w:szCs w:val="32"/>
                <w:lang w:val="tr-TR"/>
              </w:rPr>
              <w:t>Soyisim</w:t>
            </w:r>
            <w:proofErr w:type="spellEnd"/>
          </w:p>
        </w:tc>
      </w:tr>
      <w:tr w:rsidR="00996D3F" w:rsidRPr="00CA7192" w14:paraId="6BACB3DF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1A652347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Akademik Birim</w:t>
            </w:r>
          </w:p>
        </w:tc>
        <w:tc>
          <w:tcPr>
            <w:tcW w:w="6969" w:type="dxa"/>
            <w:vAlign w:val="center"/>
          </w:tcPr>
          <w:p w14:paraId="35071490" w14:textId="7672B495" w:rsidR="00996D3F" w:rsidRPr="00AD2341" w:rsidRDefault="000F76FB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>
              <w:rPr>
                <w:sz w:val="22"/>
                <w:szCs w:val="32"/>
                <w:lang w:val="tr-TR"/>
              </w:rPr>
              <w:t>Fakülte / Bölüm</w:t>
            </w:r>
          </w:p>
        </w:tc>
      </w:tr>
      <w:tr w:rsidR="00996D3F" w:rsidRPr="00CA7192" w14:paraId="51BE42E5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5B7D70DD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UBED Başvuru Kapsamı</w:t>
            </w:r>
          </w:p>
        </w:tc>
        <w:tc>
          <w:tcPr>
            <w:tcW w:w="6969" w:type="dxa"/>
            <w:vAlign w:val="center"/>
          </w:tcPr>
          <w:p w14:paraId="765FBC0D" w14:textId="478CED10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sz w:val="22"/>
                <w:szCs w:val="32"/>
                <w:lang w:val="tr-TR"/>
              </w:rPr>
              <w:t xml:space="preserve">UBED İlkeleri Madde </w:t>
            </w:r>
            <w:r w:rsidR="000F76FB">
              <w:rPr>
                <w:sz w:val="22"/>
                <w:szCs w:val="32"/>
                <w:lang w:val="tr-TR"/>
              </w:rPr>
              <w:t>….</w:t>
            </w:r>
            <w:r w:rsidRPr="00AD2341">
              <w:rPr>
                <w:sz w:val="22"/>
                <w:szCs w:val="32"/>
                <w:lang w:val="tr-TR"/>
              </w:rPr>
              <w:t xml:space="preserve"> </w:t>
            </w:r>
            <w:proofErr w:type="gramStart"/>
            <w:r w:rsidRPr="00AD2341">
              <w:rPr>
                <w:sz w:val="22"/>
                <w:szCs w:val="32"/>
                <w:lang w:val="tr-TR"/>
              </w:rPr>
              <w:t>kapsamında</w:t>
            </w:r>
            <w:proofErr w:type="gramEnd"/>
            <w:r w:rsidRPr="00AD2341">
              <w:rPr>
                <w:sz w:val="22"/>
                <w:szCs w:val="32"/>
                <w:lang w:val="tr-TR"/>
              </w:rPr>
              <w:t xml:space="preserve"> SCI dizinli tam metinli makale</w:t>
            </w:r>
          </w:p>
        </w:tc>
      </w:tr>
      <w:tr w:rsidR="00996D3F" w:rsidRPr="00CA7192" w14:paraId="383138FA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0B1934EB" w14:textId="3763D95C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 xml:space="preserve">Yayın </w:t>
            </w:r>
            <w:r w:rsidR="00143350">
              <w:rPr>
                <w:b/>
                <w:sz w:val="22"/>
                <w:szCs w:val="32"/>
                <w:lang w:val="tr-TR"/>
              </w:rPr>
              <w:t>Başlığı</w:t>
            </w:r>
          </w:p>
        </w:tc>
        <w:tc>
          <w:tcPr>
            <w:tcW w:w="6969" w:type="dxa"/>
            <w:vAlign w:val="center"/>
          </w:tcPr>
          <w:p w14:paraId="610FDA29" w14:textId="046F48C5" w:rsidR="00996D3F" w:rsidRPr="00AD2341" w:rsidRDefault="00996D3F" w:rsidP="00143350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</w:p>
        </w:tc>
      </w:tr>
      <w:tr w:rsidR="00996D3F" w:rsidRPr="00CA7192" w14:paraId="42F48594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53639FBE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Yazarlar</w:t>
            </w:r>
          </w:p>
        </w:tc>
        <w:tc>
          <w:tcPr>
            <w:tcW w:w="6969" w:type="dxa"/>
            <w:vAlign w:val="center"/>
          </w:tcPr>
          <w:p w14:paraId="2FF41C75" w14:textId="5AF110C1" w:rsidR="00996D3F" w:rsidRPr="00AD2341" w:rsidRDefault="000F76FB" w:rsidP="002060D8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>
              <w:rPr>
                <w:sz w:val="22"/>
                <w:szCs w:val="32"/>
                <w:lang w:val="tr-TR"/>
              </w:rPr>
              <w:t>Yazar_1_İsim_Soyisim,</w:t>
            </w:r>
            <w:r w:rsidR="0048254B">
              <w:rPr>
                <w:sz w:val="22"/>
                <w:szCs w:val="32"/>
                <w:lang w:val="tr-TR"/>
              </w:rPr>
              <w:t xml:space="preserve"> Yazar_2_İsim_Soyisim, …</w:t>
            </w:r>
          </w:p>
        </w:tc>
      </w:tr>
      <w:tr w:rsidR="00996D3F" w:rsidRPr="00CA7192" w14:paraId="24D01B99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39B546C6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Dergi / Yayıncı</w:t>
            </w:r>
          </w:p>
        </w:tc>
        <w:tc>
          <w:tcPr>
            <w:tcW w:w="6969" w:type="dxa"/>
            <w:vAlign w:val="center"/>
          </w:tcPr>
          <w:p w14:paraId="7A68E2C2" w14:textId="4498AB63" w:rsidR="00996D3F" w:rsidRPr="00AD2341" w:rsidRDefault="0048254B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>
              <w:rPr>
                <w:sz w:val="22"/>
                <w:szCs w:val="32"/>
                <w:lang w:val="tr-TR"/>
              </w:rPr>
              <w:t>… / …</w:t>
            </w:r>
          </w:p>
        </w:tc>
      </w:tr>
      <w:tr w:rsidR="00996D3F" w:rsidRPr="00CA7192" w14:paraId="2ADF06A9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5EBF7E71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Yıl / Cilt / Sayfa veya Makale No</w:t>
            </w:r>
          </w:p>
        </w:tc>
        <w:tc>
          <w:tcPr>
            <w:tcW w:w="6969" w:type="dxa"/>
            <w:vAlign w:val="center"/>
          </w:tcPr>
          <w:p w14:paraId="7362A84A" w14:textId="04E8E102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sz w:val="22"/>
                <w:szCs w:val="32"/>
                <w:lang w:val="tr-TR"/>
              </w:rPr>
              <w:t>202</w:t>
            </w:r>
            <w:r w:rsidR="0048254B">
              <w:rPr>
                <w:sz w:val="22"/>
                <w:szCs w:val="32"/>
                <w:lang w:val="tr-TR"/>
              </w:rPr>
              <w:t>X</w:t>
            </w:r>
            <w:r w:rsidR="006D16E5">
              <w:rPr>
                <w:sz w:val="22"/>
                <w:szCs w:val="32"/>
                <w:lang w:val="tr-TR"/>
              </w:rPr>
              <w:t xml:space="preserve"> /</w:t>
            </w:r>
            <w:r w:rsidRPr="00AD2341">
              <w:rPr>
                <w:sz w:val="22"/>
                <w:szCs w:val="32"/>
                <w:lang w:val="tr-TR"/>
              </w:rPr>
              <w:t xml:space="preserve"> </w:t>
            </w:r>
            <w:r w:rsidR="0048254B">
              <w:rPr>
                <w:sz w:val="22"/>
                <w:szCs w:val="32"/>
                <w:lang w:val="tr-TR"/>
              </w:rPr>
              <w:t>XX</w:t>
            </w:r>
            <w:r w:rsidR="006D16E5">
              <w:rPr>
                <w:sz w:val="22"/>
                <w:szCs w:val="32"/>
                <w:lang w:val="tr-TR"/>
              </w:rPr>
              <w:t xml:space="preserve"> /</w:t>
            </w:r>
            <w:r w:rsidRPr="00AD2341">
              <w:rPr>
                <w:sz w:val="22"/>
                <w:szCs w:val="32"/>
                <w:lang w:val="tr-TR"/>
              </w:rPr>
              <w:t xml:space="preserve"> </w:t>
            </w:r>
            <w:r w:rsidR="0048254B">
              <w:rPr>
                <w:sz w:val="22"/>
                <w:szCs w:val="32"/>
                <w:lang w:val="tr-TR"/>
              </w:rPr>
              <w:t>XXX-XXX</w:t>
            </w:r>
          </w:p>
        </w:tc>
      </w:tr>
      <w:tr w:rsidR="00996D3F" w:rsidRPr="00CA7192" w14:paraId="5F0C4ED1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490F4AE6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DOI</w:t>
            </w:r>
          </w:p>
        </w:tc>
        <w:tc>
          <w:tcPr>
            <w:tcW w:w="6969" w:type="dxa"/>
            <w:vAlign w:val="center"/>
          </w:tcPr>
          <w:p w14:paraId="6AB93AA9" w14:textId="05938206" w:rsidR="00996D3F" w:rsidRPr="00AD2341" w:rsidRDefault="0048254B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>
              <w:rPr>
                <w:sz w:val="22"/>
                <w:szCs w:val="32"/>
                <w:lang w:val="tr-TR"/>
              </w:rPr>
              <w:t>XXX/XXX</w:t>
            </w:r>
          </w:p>
        </w:tc>
      </w:tr>
      <w:tr w:rsidR="00996D3F" w:rsidRPr="00CA7192" w14:paraId="5F468205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76389791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 xml:space="preserve">Dizin / </w:t>
            </w:r>
            <w:proofErr w:type="spellStart"/>
            <w:r w:rsidRPr="00AD2341">
              <w:rPr>
                <w:b/>
                <w:sz w:val="22"/>
                <w:szCs w:val="32"/>
                <w:lang w:val="tr-TR"/>
              </w:rPr>
              <w:t>Quartile</w:t>
            </w:r>
            <w:proofErr w:type="spellEnd"/>
          </w:p>
        </w:tc>
        <w:tc>
          <w:tcPr>
            <w:tcW w:w="6969" w:type="dxa"/>
            <w:vAlign w:val="center"/>
          </w:tcPr>
          <w:p w14:paraId="741B883D" w14:textId="133D72F0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sz w:val="22"/>
                <w:szCs w:val="32"/>
                <w:lang w:val="tr-TR"/>
              </w:rPr>
              <w:t xml:space="preserve">ISI-Web of </w:t>
            </w:r>
            <w:proofErr w:type="spellStart"/>
            <w:r w:rsidRPr="00AD2341">
              <w:rPr>
                <w:sz w:val="22"/>
                <w:szCs w:val="32"/>
                <w:lang w:val="tr-TR"/>
              </w:rPr>
              <w:t>Science</w:t>
            </w:r>
            <w:proofErr w:type="spellEnd"/>
            <w:r w:rsidRPr="00AD2341">
              <w:rPr>
                <w:sz w:val="22"/>
                <w:szCs w:val="32"/>
                <w:lang w:val="tr-TR"/>
              </w:rPr>
              <w:t xml:space="preserve"> (</w:t>
            </w:r>
            <w:proofErr w:type="spellStart"/>
            <w:r w:rsidRPr="00AD2341">
              <w:rPr>
                <w:sz w:val="22"/>
                <w:szCs w:val="32"/>
                <w:lang w:val="tr-TR"/>
              </w:rPr>
              <w:t>WoS</w:t>
            </w:r>
            <w:proofErr w:type="spellEnd"/>
            <w:r w:rsidRPr="00AD2341">
              <w:rPr>
                <w:sz w:val="22"/>
                <w:szCs w:val="32"/>
                <w:lang w:val="tr-TR"/>
              </w:rPr>
              <w:t>)</w:t>
            </w:r>
            <w:r w:rsidR="00E14693">
              <w:rPr>
                <w:sz w:val="22"/>
                <w:szCs w:val="32"/>
                <w:lang w:val="tr-TR"/>
              </w:rPr>
              <w:t xml:space="preserve"> /</w:t>
            </w:r>
            <w:r w:rsidRPr="00AD2341">
              <w:rPr>
                <w:sz w:val="22"/>
                <w:szCs w:val="32"/>
                <w:lang w:val="tr-TR"/>
              </w:rPr>
              <w:t xml:space="preserve"> SCI</w:t>
            </w:r>
            <w:r w:rsidR="00E14693">
              <w:rPr>
                <w:sz w:val="22"/>
                <w:szCs w:val="32"/>
                <w:lang w:val="tr-TR"/>
              </w:rPr>
              <w:t xml:space="preserve"> /</w:t>
            </w:r>
            <w:r w:rsidRPr="00AD2341">
              <w:rPr>
                <w:sz w:val="22"/>
                <w:szCs w:val="32"/>
                <w:lang w:val="tr-TR"/>
              </w:rPr>
              <w:t xml:space="preserve"> Q</w:t>
            </w:r>
            <w:r w:rsidR="004200E8">
              <w:rPr>
                <w:sz w:val="22"/>
                <w:szCs w:val="32"/>
                <w:lang w:val="tr-TR"/>
              </w:rPr>
              <w:t>X</w:t>
            </w:r>
          </w:p>
        </w:tc>
      </w:tr>
      <w:tr w:rsidR="00996D3F" w:rsidRPr="00CA7192" w14:paraId="0400CF54" w14:textId="77777777" w:rsidTr="008D0054">
        <w:trPr>
          <w:jc w:val="center"/>
        </w:trPr>
        <w:tc>
          <w:tcPr>
            <w:tcW w:w="3179" w:type="dxa"/>
            <w:shd w:val="clear" w:color="auto" w:fill="D9EAF7"/>
            <w:vAlign w:val="center"/>
          </w:tcPr>
          <w:p w14:paraId="2EF6EF61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b/>
                <w:sz w:val="22"/>
                <w:szCs w:val="32"/>
                <w:lang w:val="tr-TR"/>
              </w:rPr>
              <w:t>Ankara Üniversitesi Adresi</w:t>
            </w:r>
          </w:p>
        </w:tc>
        <w:tc>
          <w:tcPr>
            <w:tcW w:w="6969" w:type="dxa"/>
            <w:vAlign w:val="center"/>
          </w:tcPr>
          <w:p w14:paraId="524A35DA" w14:textId="77777777" w:rsidR="00996D3F" w:rsidRPr="00AD2341" w:rsidRDefault="004C0AC1" w:rsidP="008D0054">
            <w:pPr>
              <w:spacing w:after="0" w:line="240" w:lineRule="auto"/>
              <w:rPr>
                <w:sz w:val="22"/>
                <w:szCs w:val="32"/>
                <w:lang w:val="tr-TR"/>
              </w:rPr>
            </w:pPr>
            <w:r w:rsidRPr="00AD2341">
              <w:rPr>
                <w:sz w:val="22"/>
                <w:szCs w:val="32"/>
                <w:lang w:val="tr-TR"/>
              </w:rPr>
              <w:t>Var</w:t>
            </w:r>
          </w:p>
        </w:tc>
      </w:tr>
    </w:tbl>
    <w:p w14:paraId="2E1E88E8" w14:textId="77777777" w:rsidR="00996D3F" w:rsidRPr="00CA7192" w:rsidRDefault="00996D3F">
      <w:pPr>
        <w:spacing w:after="40" w:line="252" w:lineRule="auto"/>
        <w:rPr>
          <w:sz w:val="24"/>
          <w:szCs w:val="28"/>
        </w:rPr>
      </w:pPr>
    </w:p>
    <w:p w14:paraId="6476F961" w14:textId="77777777" w:rsidR="008D0054" w:rsidRDefault="008D0054" w:rsidP="00CA7192">
      <w:pPr>
        <w:spacing w:after="120" w:line="252" w:lineRule="auto"/>
        <w:ind w:firstLine="397"/>
        <w:jc w:val="both"/>
        <w:rPr>
          <w:sz w:val="22"/>
          <w:szCs w:val="24"/>
        </w:rPr>
      </w:pPr>
    </w:p>
    <w:p w14:paraId="4349FAEB" w14:textId="58DDE703" w:rsidR="00996D3F" w:rsidRPr="004D00F8" w:rsidRDefault="004C0AC1" w:rsidP="00CA7192">
      <w:pPr>
        <w:spacing w:after="120" w:line="252" w:lineRule="auto"/>
        <w:ind w:firstLine="397"/>
        <w:jc w:val="both"/>
        <w:rPr>
          <w:sz w:val="22"/>
          <w:szCs w:val="24"/>
          <w:lang w:val="tr-TR"/>
        </w:rPr>
      </w:pPr>
      <w:r w:rsidRPr="004D00F8">
        <w:rPr>
          <w:sz w:val="22"/>
          <w:szCs w:val="24"/>
          <w:lang w:val="tr-TR"/>
        </w:rPr>
        <w:t xml:space="preserve">Yukarıda bilgileri verilen yayına ilişkin olarak, Ankara Üniversitesi Uluslararası Bilimsel Etkinlik Destek (UBED) başvurusu kapsamında doğabilecek özendirme/destek başvurusu hakkımı, başvuru sahibi </w:t>
      </w:r>
      <w:proofErr w:type="gramStart"/>
      <w:r w:rsidR="004200E8">
        <w:rPr>
          <w:sz w:val="22"/>
          <w:szCs w:val="24"/>
          <w:lang w:val="tr-TR"/>
        </w:rPr>
        <w:t>…………….</w:t>
      </w:r>
      <w:proofErr w:type="gramEnd"/>
      <w:r w:rsidRPr="004D00F8">
        <w:rPr>
          <w:sz w:val="22"/>
          <w:szCs w:val="24"/>
          <w:lang w:val="tr-TR"/>
        </w:rPr>
        <w:t xml:space="preserve">'a bıraktığımı beyan ederim. </w:t>
      </w:r>
    </w:p>
    <w:p w14:paraId="082BECCE" w14:textId="77777777" w:rsidR="00996D3F" w:rsidRPr="004D00F8" w:rsidRDefault="004C0AC1">
      <w:pPr>
        <w:spacing w:after="160" w:line="252" w:lineRule="auto"/>
        <w:rPr>
          <w:sz w:val="22"/>
          <w:szCs w:val="24"/>
          <w:lang w:val="tr-TR"/>
        </w:rPr>
      </w:pPr>
      <w:r w:rsidRPr="004D00F8">
        <w:rPr>
          <w:sz w:val="22"/>
          <w:szCs w:val="24"/>
          <w:lang w:val="tr-TR"/>
        </w:rPr>
        <w:t>Gereğini bilgilerinize arz ederim.</w:t>
      </w:r>
    </w:p>
    <w:p w14:paraId="18284FBD" w14:textId="77777777" w:rsidR="008D0054" w:rsidRPr="008D0054" w:rsidRDefault="008D0054">
      <w:pPr>
        <w:spacing w:after="160" w:line="252" w:lineRule="auto"/>
        <w:rPr>
          <w:sz w:val="22"/>
          <w:szCs w:val="24"/>
        </w:rPr>
      </w:pPr>
    </w:p>
    <w:p w14:paraId="5D87C247" w14:textId="77777777" w:rsidR="00996D3F" w:rsidRPr="00CA7192" w:rsidRDefault="004C0AC1">
      <w:pPr>
        <w:spacing w:after="40" w:line="252" w:lineRule="auto"/>
        <w:rPr>
          <w:sz w:val="24"/>
          <w:szCs w:val="28"/>
        </w:rPr>
      </w:pPr>
      <w:proofErr w:type="spellStart"/>
      <w:r w:rsidRPr="00CA7192">
        <w:rPr>
          <w:b/>
          <w:sz w:val="24"/>
          <w:szCs w:val="28"/>
        </w:rPr>
        <w:t>Feragat</w:t>
      </w:r>
      <w:proofErr w:type="spellEnd"/>
      <w:r w:rsidRPr="00CA7192">
        <w:rPr>
          <w:b/>
          <w:sz w:val="24"/>
          <w:szCs w:val="28"/>
        </w:rPr>
        <w:t xml:space="preserve"> Eden </w:t>
      </w:r>
      <w:proofErr w:type="spellStart"/>
      <w:r w:rsidRPr="00CA7192">
        <w:rPr>
          <w:b/>
          <w:sz w:val="24"/>
          <w:szCs w:val="28"/>
        </w:rPr>
        <w:t>Ortak</w:t>
      </w:r>
      <w:proofErr w:type="spellEnd"/>
      <w:r w:rsidRPr="00CA7192">
        <w:rPr>
          <w:b/>
          <w:sz w:val="24"/>
          <w:szCs w:val="28"/>
        </w:rPr>
        <w:t xml:space="preserve"> </w:t>
      </w:r>
      <w:proofErr w:type="spellStart"/>
      <w:r w:rsidRPr="00CA7192">
        <w:rPr>
          <w:b/>
          <w:sz w:val="24"/>
          <w:szCs w:val="28"/>
        </w:rPr>
        <w:t>Yazarların</w:t>
      </w:r>
      <w:proofErr w:type="spellEnd"/>
      <w:r w:rsidRPr="00CA7192">
        <w:rPr>
          <w:b/>
          <w:sz w:val="24"/>
          <w:szCs w:val="28"/>
        </w:rPr>
        <w:t xml:space="preserve"> </w:t>
      </w:r>
      <w:proofErr w:type="spellStart"/>
      <w:r w:rsidRPr="00CA7192">
        <w:rPr>
          <w:b/>
          <w:sz w:val="24"/>
          <w:szCs w:val="28"/>
        </w:rPr>
        <w:t>İmza</w:t>
      </w:r>
      <w:proofErr w:type="spellEnd"/>
      <w:r w:rsidRPr="00CA7192">
        <w:rPr>
          <w:b/>
          <w:sz w:val="24"/>
          <w:szCs w:val="28"/>
        </w:rPr>
        <w:t xml:space="preserve"> </w:t>
      </w:r>
      <w:proofErr w:type="spellStart"/>
      <w:r w:rsidRPr="00CA7192">
        <w:rPr>
          <w:b/>
          <w:sz w:val="24"/>
          <w:szCs w:val="28"/>
        </w:rPr>
        <w:t>Bölümü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4"/>
        <w:gridCol w:w="2482"/>
        <w:gridCol w:w="3260"/>
        <w:gridCol w:w="1292"/>
        <w:gridCol w:w="2585"/>
      </w:tblGrid>
      <w:tr w:rsidR="00996D3F" w:rsidRPr="008D0054" w14:paraId="4F932AF8" w14:textId="77777777" w:rsidTr="004B7C5F">
        <w:trPr>
          <w:tblHeader/>
          <w:jc w:val="center"/>
        </w:trPr>
        <w:tc>
          <w:tcPr>
            <w:tcW w:w="58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D9EAF7"/>
            <w:vAlign w:val="center"/>
          </w:tcPr>
          <w:p w14:paraId="3C34F59C" w14:textId="77777777" w:rsidR="00996D3F" w:rsidRPr="008D0054" w:rsidRDefault="004C0AC1" w:rsidP="00CA7192">
            <w:pPr>
              <w:spacing w:after="0"/>
              <w:jc w:val="center"/>
              <w:rPr>
                <w:sz w:val="28"/>
                <w:szCs w:val="32"/>
              </w:rPr>
            </w:pPr>
            <w:r w:rsidRPr="008D0054">
              <w:rPr>
                <w:b/>
                <w:sz w:val="22"/>
                <w:szCs w:val="32"/>
              </w:rPr>
              <w:t>N</w:t>
            </w:r>
            <w:r w:rsidR="00CA7192" w:rsidRPr="008D0054">
              <w:rPr>
                <w:b/>
                <w:sz w:val="22"/>
                <w:szCs w:val="32"/>
              </w:rPr>
              <w:t>o</w:t>
            </w:r>
          </w:p>
        </w:tc>
        <w:tc>
          <w:tcPr>
            <w:tcW w:w="248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D9EAF7"/>
            <w:vAlign w:val="center"/>
          </w:tcPr>
          <w:p w14:paraId="56BF3704" w14:textId="77777777" w:rsidR="00996D3F" w:rsidRPr="008D0054" w:rsidRDefault="004C0AC1" w:rsidP="00CA7192">
            <w:pPr>
              <w:spacing w:after="0"/>
              <w:jc w:val="center"/>
              <w:rPr>
                <w:sz w:val="28"/>
                <w:szCs w:val="32"/>
              </w:rPr>
            </w:pPr>
            <w:proofErr w:type="spellStart"/>
            <w:r w:rsidRPr="008D0054">
              <w:rPr>
                <w:b/>
                <w:sz w:val="22"/>
                <w:szCs w:val="32"/>
              </w:rPr>
              <w:t>Ortak</w:t>
            </w:r>
            <w:proofErr w:type="spellEnd"/>
            <w:r w:rsidRPr="008D0054">
              <w:rPr>
                <w:b/>
                <w:sz w:val="22"/>
                <w:szCs w:val="32"/>
              </w:rPr>
              <w:t xml:space="preserve"> </w:t>
            </w:r>
            <w:proofErr w:type="spellStart"/>
            <w:r w:rsidRPr="008D0054">
              <w:rPr>
                <w:b/>
                <w:sz w:val="22"/>
                <w:szCs w:val="32"/>
              </w:rPr>
              <w:t>Yazarın</w:t>
            </w:r>
            <w:proofErr w:type="spellEnd"/>
            <w:r w:rsidRPr="008D0054">
              <w:rPr>
                <w:b/>
                <w:sz w:val="22"/>
                <w:szCs w:val="32"/>
              </w:rPr>
              <w:t xml:space="preserve"> </w:t>
            </w:r>
            <w:proofErr w:type="spellStart"/>
            <w:r w:rsidRPr="008D0054">
              <w:rPr>
                <w:b/>
                <w:sz w:val="22"/>
                <w:szCs w:val="32"/>
              </w:rPr>
              <w:t>Adı</w:t>
            </w:r>
            <w:proofErr w:type="spellEnd"/>
            <w:r w:rsidRPr="008D0054">
              <w:rPr>
                <w:b/>
                <w:sz w:val="22"/>
                <w:szCs w:val="32"/>
              </w:rPr>
              <w:t xml:space="preserve"> </w:t>
            </w:r>
            <w:proofErr w:type="spellStart"/>
            <w:r w:rsidRPr="008D0054">
              <w:rPr>
                <w:b/>
                <w:sz w:val="22"/>
                <w:szCs w:val="32"/>
              </w:rPr>
              <w:t>Soyadı</w:t>
            </w:r>
            <w:proofErr w:type="spellEnd"/>
          </w:p>
        </w:tc>
        <w:tc>
          <w:tcPr>
            <w:tcW w:w="32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D9EAF7"/>
            <w:vAlign w:val="center"/>
          </w:tcPr>
          <w:p w14:paraId="00AE6A07" w14:textId="77777777" w:rsidR="00996D3F" w:rsidRPr="008D0054" w:rsidRDefault="004C0AC1" w:rsidP="00CA7192">
            <w:pPr>
              <w:spacing w:after="0"/>
              <w:jc w:val="center"/>
              <w:rPr>
                <w:sz w:val="28"/>
                <w:szCs w:val="32"/>
              </w:rPr>
            </w:pPr>
            <w:proofErr w:type="spellStart"/>
            <w:r w:rsidRPr="008D0054">
              <w:rPr>
                <w:b/>
                <w:sz w:val="22"/>
                <w:szCs w:val="32"/>
              </w:rPr>
              <w:t>Kurum</w:t>
            </w:r>
            <w:proofErr w:type="spellEnd"/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D9EAF7"/>
            <w:vAlign w:val="center"/>
          </w:tcPr>
          <w:p w14:paraId="3E262C4A" w14:textId="77777777" w:rsidR="00996D3F" w:rsidRPr="008D0054" w:rsidRDefault="004C0AC1" w:rsidP="00CA7192">
            <w:pPr>
              <w:spacing w:after="0"/>
              <w:jc w:val="center"/>
              <w:rPr>
                <w:sz w:val="28"/>
                <w:szCs w:val="32"/>
              </w:rPr>
            </w:pPr>
            <w:proofErr w:type="spellStart"/>
            <w:r w:rsidRPr="008D0054">
              <w:rPr>
                <w:b/>
                <w:sz w:val="22"/>
                <w:szCs w:val="32"/>
              </w:rPr>
              <w:t>Tarih</w:t>
            </w:r>
            <w:proofErr w:type="spellEnd"/>
          </w:p>
        </w:tc>
        <w:tc>
          <w:tcPr>
            <w:tcW w:w="258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D9EAF7"/>
            <w:vAlign w:val="center"/>
          </w:tcPr>
          <w:p w14:paraId="597DF0FE" w14:textId="77777777" w:rsidR="00996D3F" w:rsidRPr="008D0054" w:rsidRDefault="004C0AC1" w:rsidP="00CA7192">
            <w:pPr>
              <w:spacing w:after="0"/>
              <w:jc w:val="center"/>
              <w:rPr>
                <w:sz w:val="28"/>
                <w:szCs w:val="32"/>
              </w:rPr>
            </w:pPr>
            <w:proofErr w:type="spellStart"/>
            <w:r w:rsidRPr="008D0054">
              <w:rPr>
                <w:b/>
                <w:sz w:val="22"/>
                <w:szCs w:val="32"/>
              </w:rPr>
              <w:t>İmza</w:t>
            </w:r>
            <w:proofErr w:type="spellEnd"/>
          </w:p>
        </w:tc>
      </w:tr>
      <w:tr w:rsidR="00996D3F" w:rsidRPr="008D0054" w14:paraId="50B607D4" w14:textId="77777777" w:rsidTr="004B7C5F">
        <w:trPr>
          <w:jc w:val="center"/>
        </w:trPr>
        <w:tc>
          <w:tcPr>
            <w:tcW w:w="58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5BE45F1B" w14:textId="77777777" w:rsidR="00996D3F" w:rsidRPr="008D0054" w:rsidRDefault="004C0AC1" w:rsidP="008D0054">
            <w:pPr>
              <w:spacing w:after="0" w:line="240" w:lineRule="auto"/>
              <w:jc w:val="center"/>
              <w:rPr>
                <w:sz w:val="28"/>
                <w:szCs w:val="32"/>
              </w:rPr>
            </w:pPr>
            <w:r w:rsidRPr="008D0054">
              <w:rPr>
                <w:sz w:val="22"/>
                <w:szCs w:val="32"/>
              </w:rPr>
              <w:t>1</w:t>
            </w:r>
          </w:p>
        </w:tc>
        <w:tc>
          <w:tcPr>
            <w:tcW w:w="248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6321880A" w14:textId="654A94E5" w:rsidR="00996D3F" w:rsidRPr="008D0054" w:rsidRDefault="004200E8" w:rsidP="008D0054">
            <w:pPr>
              <w:spacing w:after="0" w:line="240" w:lineRule="auto"/>
              <w:rPr>
                <w:sz w:val="28"/>
                <w:szCs w:val="32"/>
              </w:rPr>
            </w:pPr>
            <w:proofErr w:type="spellStart"/>
            <w:r>
              <w:rPr>
                <w:sz w:val="22"/>
                <w:szCs w:val="32"/>
              </w:rPr>
              <w:t>Yazar</w:t>
            </w:r>
            <w:proofErr w:type="spellEnd"/>
            <w:r w:rsidR="004B7C5F">
              <w:rPr>
                <w:sz w:val="22"/>
                <w:szCs w:val="32"/>
              </w:rPr>
              <w:t xml:space="preserve"> </w:t>
            </w:r>
            <w:proofErr w:type="spellStart"/>
            <w:r w:rsidR="004B7C5F">
              <w:rPr>
                <w:sz w:val="22"/>
                <w:szCs w:val="32"/>
              </w:rPr>
              <w:t>İsim</w:t>
            </w:r>
            <w:proofErr w:type="spellEnd"/>
            <w:r w:rsidR="004B7C5F">
              <w:rPr>
                <w:sz w:val="22"/>
                <w:szCs w:val="32"/>
              </w:rPr>
              <w:t xml:space="preserve"> </w:t>
            </w:r>
            <w:proofErr w:type="spellStart"/>
            <w:r w:rsidR="004B7C5F">
              <w:rPr>
                <w:sz w:val="22"/>
                <w:szCs w:val="32"/>
              </w:rPr>
              <w:t>Soyisim</w:t>
            </w:r>
            <w:proofErr w:type="spellEnd"/>
          </w:p>
        </w:tc>
        <w:tc>
          <w:tcPr>
            <w:tcW w:w="32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186CE3CB" w14:textId="6B325048" w:rsidR="00996D3F" w:rsidRPr="008D0054" w:rsidRDefault="004B7C5F" w:rsidP="008D0054">
            <w:pPr>
              <w:spacing w:after="0" w:line="240" w:lineRule="auto"/>
              <w:rPr>
                <w:sz w:val="28"/>
                <w:szCs w:val="32"/>
              </w:rPr>
            </w:pPr>
            <w:proofErr w:type="spellStart"/>
            <w:r>
              <w:rPr>
                <w:sz w:val="22"/>
                <w:szCs w:val="32"/>
              </w:rPr>
              <w:t>Üniversite</w:t>
            </w:r>
            <w:proofErr w:type="spellEnd"/>
            <w:r>
              <w:rPr>
                <w:sz w:val="22"/>
                <w:szCs w:val="32"/>
              </w:rPr>
              <w:t xml:space="preserve"> / </w:t>
            </w:r>
            <w:proofErr w:type="spellStart"/>
            <w:r>
              <w:rPr>
                <w:sz w:val="22"/>
                <w:szCs w:val="32"/>
              </w:rPr>
              <w:t>Fakülte</w:t>
            </w:r>
            <w:proofErr w:type="spellEnd"/>
            <w:r>
              <w:rPr>
                <w:sz w:val="22"/>
                <w:szCs w:val="32"/>
              </w:rPr>
              <w:t xml:space="preserve">/ </w:t>
            </w:r>
            <w:proofErr w:type="spellStart"/>
            <w:r>
              <w:rPr>
                <w:sz w:val="22"/>
                <w:szCs w:val="32"/>
              </w:rPr>
              <w:t>Bölüm</w:t>
            </w:r>
            <w:proofErr w:type="spellEnd"/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246B9566" w14:textId="111B73FE" w:rsidR="00996D3F" w:rsidRPr="008D0054" w:rsidRDefault="004B7C5F" w:rsidP="004B7C5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2"/>
                <w:szCs w:val="32"/>
              </w:rPr>
              <w:t>XX</w:t>
            </w:r>
            <w:r w:rsidR="00CA7192" w:rsidRPr="008D0054">
              <w:rPr>
                <w:sz w:val="22"/>
                <w:szCs w:val="32"/>
              </w:rPr>
              <w:t>/</w:t>
            </w:r>
            <w:r>
              <w:rPr>
                <w:sz w:val="22"/>
                <w:szCs w:val="32"/>
              </w:rPr>
              <w:t>XX</w:t>
            </w:r>
            <w:r w:rsidR="00CA7192" w:rsidRPr="008D0054">
              <w:rPr>
                <w:sz w:val="22"/>
                <w:szCs w:val="32"/>
              </w:rPr>
              <w:t>/202</w:t>
            </w:r>
            <w:r>
              <w:rPr>
                <w:sz w:val="22"/>
                <w:szCs w:val="32"/>
              </w:rPr>
              <w:t>X</w:t>
            </w:r>
          </w:p>
        </w:tc>
        <w:tc>
          <w:tcPr>
            <w:tcW w:w="258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4E4F3BCD" w14:textId="77777777" w:rsidR="00996D3F" w:rsidRPr="008D0054" w:rsidRDefault="004C0AC1" w:rsidP="008D0054">
            <w:pPr>
              <w:spacing w:after="0" w:line="240" w:lineRule="auto"/>
              <w:rPr>
                <w:sz w:val="28"/>
                <w:szCs w:val="32"/>
              </w:rPr>
            </w:pPr>
            <w:r w:rsidRPr="008D0054">
              <w:rPr>
                <w:sz w:val="28"/>
                <w:szCs w:val="32"/>
              </w:rPr>
              <w:br/>
            </w:r>
            <w:r w:rsidRPr="008D0054">
              <w:rPr>
                <w:sz w:val="28"/>
                <w:szCs w:val="32"/>
              </w:rPr>
              <w:br/>
            </w:r>
          </w:p>
        </w:tc>
      </w:tr>
      <w:tr w:rsidR="004B7C5F" w:rsidRPr="008D0054" w14:paraId="3CB15C39" w14:textId="77777777" w:rsidTr="004B7C5F">
        <w:trPr>
          <w:trHeight w:val="1011"/>
          <w:jc w:val="center"/>
        </w:trPr>
        <w:tc>
          <w:tcPr>
            <w:tcW w:w="58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0A768A36" w14:textId="1A3B1686" w:rsidR="004B7C5F" w:rsidRPr="008D0054" w:rsidRDefault="004B7C5F" w:rsidP="004B7C5F">
            <w:pPr>
              <w:spacing w:after="0" w:line="240" w:lineRule="auto"/>
              <w:jc w:val="center"/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2</w:t>
            </w:r>
          </w:p>
        </w:tc>
        <w:tc>
          <w:tcPr>
            <w:tcW w:w="248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00A0F869" w14:textId="3F4E292C" w:rsidR="004B7C5F" w:rsidRDefault="004B7C5F" w:rsidP="004B7C5F">
            <w:pPr>
              <w:spacing w:after="0" w:line="240" w:lineRule="auto"/>
              <w:rPr>
                <w:sz w:val="22"/>
                <w:szCs w:val="32"/>
              </w:rPr>
            </w:pPr>
            <w:proofErr w:type="spellStart"/>
            <w:r>
              <w:rPr>
                <w:sz w:val="22"/>
                <w:szCs w:val="32"/>
              </w:rPr>
              <w:t>Yazar</w:t>
            </w:r>
            <w:proofErr w:type="spellEnd"/>
            <w:r>
              <w:rPr>
                <w:sz w:val="22"/>
                <w:szCs w:val="32"/>
              </w:rPr>
              <w:t xml:space="preserve"> </w:t>
            </w:r>
            <w:proofErr w:type="spellStart"/>
            <w:r>
              <w:rPr>
                <w:sz w:val="22"/>
                <w:szCs w:val="32"/>
              </w:rPr>
              <w:t>İsim</w:t>
            </w:r>
            <w:proofErr w:type="spellEnd"/>
            <w:r>
              <w:rPr>
                <w:sz w:val="22"/>
                <w:szCs w:val="32"/>
              </w:rPr>
              <w:t xml:space="preserve"> </w:t>
            </w:r>
            <w:proofErr w:type="spellStart"/>
            <w:r>
              <w:rPr>
                <w:sz w:val="22"/>
                <w:szCs w:val="32"/>
              </w:rPr>
              <w:t>Soyisim</w:t>
            </w:r>
            <w:proofErr w:type="spellEnd"/>
          </w:p>
        </w:tc>
        <w:tc>
          <w:tcPr>
            <w:tcW w:w="32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3A668FDD" w14:textId="348E5A0C" w:rsidR="004B7C5F" w:rsidRDefault="004B7C5F" w:rsidP="004B7C5F">
            <w:pPr>
              <w:spacing w:after="0" w:line="240" w:lineRule="auto"/>
              <w:rPr>
                <w:sz w:val="22"/>
                <w:szCs w:val="32"/>
              </w:rPr>
            </w:pPr>
            <w:proofErr w:type="spellStart"/>
            <w:r>
              <w:rPr>
                <w:sz w:val="22"/>
                <w:szCs w:val="32"/>
              </w:rPr>
              <w:t>Üniversite</w:t>
            </w:r>
            <w:proofErr w:type="spellEnd"/>
            <w:r>
              <w:rPr>
                <w:sz w:val="22"/>
                <w:szCs w:val="32"/>
              </w:rPr>
              <w:t xml:space="preserve"> / </w:t>
            </w:r>
            <w:proofErr w:type="spellStart"/>
            <w:r>
              <w:rPr>
                <w:sz w:val="22"/>
                <w:szCs w:val="32"/>
              </w:rPr>
              <w:t>Fakülte</w:t>
            </w:r>
            <w:proofErr w:type="spellEnd"/>
            <w:r>
              <w:rPr>
                <w:sz w:val="22"/>
                <w:szCs w:val="32"/>
              </w:rPr>
              <w:t xml:space="preserve">/ </w:t>
            </w:r>
            <w:proofErr w:type="spellStart"/>
            <w:r>
              <w:rPr>
                <w:sz w:val="22"/>
                <w:szCs w:val="32"/>
              </w:rPr>
              <w:t>Bölüm</w:t>
            </w:r>
            <w:proofErr w:type="spellEnd"/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0BA9E236" w14:textId="542148C3" w:rsidR="004B7C5F" w:rsidRDefault="004B7C5F" w:rsidP="004B7C5F">
            <w:pPr>
              <w:spacing w:after="0" w:line="240" w:lineRule="auto"/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XX</w:t>
            </w:r>
            <w:r w:rsidRPr="008D0054">
              <w:rPr>
                <w:sz w:val="22"/>
                <w:szCs w:val="32"/>
              </w:rPr>
              <w:t>/</w:t>
            </w:r>
            <w:r>
              <w:rPr>
                <w:sz w:val="22"/>
                <w:szCs w:val="32"/>
              </w:rPr>
              <w:t>XX</w:t>
            </w:r>
            <w:r w:rsidRPr="008D0054">
              <w:rPr>
                <w:sz w:val="22"/>
                <w:szCs w:val="32"/>
              </w:rPr>
              <w:t>/202</w:t>
            </w:r>
            <w:r>
              <w:rPr>
                <w:sz w:val="22"/>
                <w:szCs w:val="32"/>
              </w:rPr>
              <w:t>X</w:t>
            </w:r>
          </w:p>
        </w:tc>
        <w:tc>
          <w:tcPr>
            <w:tcW w:w="258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0F57F727" w14:textId="77777777" w:rsidR="004B7C5F" w:rsidRPr="008D0054" w:rsidRDefault="004B7C5F" w:rsidP="004B7C5F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</w:tbl>
    <w:p w14:paraId="4492DFE0" w14:textId="0F72DDCA" w:rsidR="00996D3F" w:rsidRPr="00AE1E5B" w:rsidRDefault="004B7C5F" w:rsidP="00CA7192">
      <w:pPr>
        <w:rPr>
          <w:sz w:val="18"/>
          <w:szCs w:val="20"/>
        </w:rPr>
      </w:pPr>
      <w:r w:rsidRPr="00AE1E5B">
        <w:rPr>
          <w:sz w:val="18"/>
          <w:szCs w:val="20"/>
        </w:rPr>
        <w:t xml:space="preserve">Not: </w:t>
      </w:r>
      <w:proofErr w:type="spellStart"/>
      <w:r w:rsidRPr="00AE1E5B">
        <w:rPr>
          <w:sz w:val="18"/>
          <w:szCs w:val="20"/>
        </w:rPr>
        <w:t>Tablo</w:t>
      </w:r>
      <w:proofErr w:type="spellEnd"/>
      <w:r w:rsidR="00AE1E5B" w:rsidRPr="00AE1E5B">
        <w:rPr>
          <w:sz w:val="18"/>
          <w:szCs w:val="20"/>
        </w:rPr>
        <w:t xml:space="preserve"> </w:t>
      </w:r>
      <w:proofErr w:type="spellStart"/>
      <w:r w:rsidR="00AE1E5B" w:rsidRPr="00AE1E5B">
        <w:rPr>
          <w:sz w:val="18"/>
          <w:szCs w:val="20"/>
        </w:rPr>
        <w:t>satır</w:t>
      </w:r>
      <w:proofErr w:type="spellEnd"/>
      <w:r w:rsidR="00AE1E5B" w:rsidRPr="00AE1E5B">
        <w:rPr>
          <w:sz w:val="18"/>
          <w:szCs w:val="20"/>
        </w:rPr>
        <w:t xml:space="preserve"> </w:t>
      </w:r>
      <w:proofErr w:type="spellStart"/>
      <w:r w:rsidR="00AE1E5B" w:rsidRPr="00AE1E5B">
        <w:rPr>
          <w:sz w:val="18"/>
          <w:szCs w:val="20"/>
        </w:rPr>
        <w:t>sayısını</w:t>
      </w:r>
      <w:proofErr w:type="spellEnd"/>
      <w:r w:rsidR="00AE1E5B" w:rsidRPr="00AE1E5B">
        <w:rPr>
          <w:sz w:val="18"/>
          <w:szCs w:val="20"/>
        </w:rPr>
        <w:t xml:space="preserve"> </w:t>
      </w:r>
      <w:proofErr w:type="spellStart"/>
      <w:r w:rsidR="00AE1E5B" w:rsidRPr="00AE1E5B">
        <w:rPr>
          <w:sz w:val="18"/>
          <w:szCs w:val="20"/>
        </w:rPr>
        <w:t>gerektiği</w:t>
      </w:r>
      <w:proofErr w:type="spellEnd"/>
      <w:r w:rsidR="00AE1E5B" w:rsidRPr="00AE1E5B">
        <w:rPr>
          <w:sz w:val="18"/>
          <w:szCs w:val="20"/>
        </w:rPr>
        <w:t xml:space="preserve"> </w:t>
      </w:r>
      <w:proofErr w:type="spellStart"/>
      <w:r w:rsidR="00AE1E5B" w:rsidRPr="00AE1E5B">
        <w:rPr>
          <w:sz w:val="18"/>
          <w:szCs w:val="20"/>
        </w:rPr>
        <w:t>kadar</w:t>
      </w:r>
      <w:proofErr w:type="spellEnd"/>
      <w:r w:rsidR="00AE1E5B" w:rsidRPr="00AE1E5B">
        <w:rPr>
          <w:sz w:val="18"/>
          <w:szCs w:val="20"/>
        </w:rPr>
        <w:t xml:space="preserve"> </w:t>
      </w:r>
      <w:proofErr w:type="spellStart"/>
      <w:r w:rsidR="00AE1E5B" w:rsidRPr="00AE1E5B">
        <w:rPr>
          <w:sz w:val="18"/>
          <w:szCs w:val="20"/>
        </w:rPr>
        <w:t>artırabilirsiniz</w:t>
      </w:r>
      <w:proofErr w:type="spellEnd"/>
      <w:r w:rsidR="00AE1E5B" w:rsidRPr="00AE1E5B">
        <w:rPr>
          <w:sz w:val="18"/>
          <w:szCs w:val="20"/>
        </w:rPr>
        <w:t>.</w:t>
      </w:r>
    </w:p>
    <w:sectPr w:rsidR="00996D3F" w:rsidRPr="00AE1E5B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BC7BB" w14:textId="77777777" w:rsidR="00450956" w:rsidRDefault="00450956">
      <w:pPr>
        <w:spacing w:after="0" w:line="240" w:lineRule="auto"/>
      </w:pPr>
      <w:r>
        <w:separator/>
      </w:r>
    </w:p>
  </w:endnote>
  <w:endnote w:type="continuationSeparator" w:id="0">
    <w:p w14:paraId="6FEEDFAC" w14:textId="77777777" w:rsidR="00450956" w:rsidRDefault="0045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A18B7" w14:textId="77777777" w:rsidR="00CA7192" w:rsidRDefault="00CA71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AD266" w14:textId="77777777" w:rsidR="00996D3F" w:rsidRDefault="00996D3F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A361C" w14:textId="77777777" w:rsidR="00CA7192" w:rsidRDefault="00CA71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6C281" w14:textId="77777777" w:rsidR="00450956" w:rsidRDefault="00450956">
      <w:pPr>
        <w:spacing w:after="0" w:line="240" w:lineRule="auto"/>
      </w:pPr>
      <w:r>
        <w:separator/>
      </w:r>
    </w:p>
  </w:footnote>
  <w:footnote w:type="continuationSeparator" w:id="0">
    <w:p w14:paraId="32E0518F" w14:textId="77777777" w:rsidR="00450956" w:rsidRDefault="00450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6675" w14:textId="6ADDD2E3" w:rsidR="00CA7192" w:rsidRDefault="00450956">
    <w:pPr>
      <w:pStyle w:val="stBilgi"/>
    </w:pPr>
    <w:r>
      <w:rPr>
        <w:noProof/>
      </w:rPr>
      <w:pict w14:anchorId="5AF02C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88282" o:spid="_x0000_s2050" type="#_x0000_t75" style="position:absolute;margin-left:0;margin-top:0;width:515.05pt;height:515.05pt;z-index:-251657216;mso-position-horizontal:center;mso-position-horizontal-relative:margin;mso-position-vertical:center;mso-position-vertical-relative:margin" o:allowincell="f">
          <v:imagedata r:id="rId1" o:title="Ankara Üniversitesi Logo-TR-Daires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48FB5" w14:textId="4AE802D7" w:rsidR="00996D3F" w:rsidRPr="00CA7192" w:rsidRDefault="00450956" w:rsidP="00CA7192">
    <w:pPr>
      <w:pStyle w:val="stBilgi"/>
    </w:pPr>
    <w:r>
      <w:rPr>
        <w:noProof/>
      </w:rPr>
      <w:pict w14:anchorId="41C1D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88283" o:spid="_x0000_s2051" type="#_x0000_t75" style="position:absolute;margin-left:0;margin-top:0;width:515.05pt;height:515.05pt;z-index:-251656192;mso-position-horizontal:center;mso-position-horizontal-relative:margin;mso-position-vertical:center;mso-position-vertical-relative:margin" o:allowincell="f">
          <v:imagedata r:id="rId1" o:title="Ankara Üniversitesi Logo-TR-Daires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538C9" w14:textId="588158F2" w:rsidR="00CA7192" w:rsidRDefault="00450956">
    <w:pPr>
      <w:pStyle w:val="stBilgi"/>
    </w:pPr>
    <w:r>
      <w:rPr>
        <w:noProof/>
      </w:rPr>
      <w:pict w14:anchorId="753E1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88281" o:spid="_x0000_s2049" type="#_x0000_t75" style="position:absolute;margin-left:0;margin-top:0;width:515.05pt;height:515.05pt;z-index:-251658240;mso-position-horizontal:center;mso-position-horizontal-relative:margin;mso-position-vertical:center;mso-position-vertical-relative:margin" o:allowincell="f">
          <v:imagedata r:id="rId1" o:title="Ankara Üniversitesi Logo-TR-Daires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0657"/>
    <w:rsid w:val="000F76FB"/>
    <w:rsid w:val="00143350"/>
    <w:rsid w:val="001506EE"/>
    <w:rsid w:val="0015074B"/>
    <w:rsid w:val="002060D8"/>
    <w:rsid w:val="002266F2"/>
    <w:rsid w:val="0029639D"/>
    <w:rsid w:val="00326F90"/>
    <w:rsid w:val="003355BE"/>
    <w:rsid w:val="003F04FD"/>
    <w:rsid w:val="004200E8"/>
    <w:rsid w:val="00450956"/>
    <w:rsid w:val="0048254B"/>
    <w:rsid w:val="004B7C5F"/>
    <w:rsid w:val="004C0AC1"/>
    <w:rsid w:val="004D00F8"/>
    <w:rsid w:val="004E0BA9"/>
    <w:rsid w:val="006D16E5"/>
    <w:rsid w:val="008100F4"/>
    <w:rsid w:val="00816C13"/>
    <w:rsid w:val="00841F51"/>
    <w:rsid w:val="008D0054"/>
    <w:rsid w:val="00996D3F"/>
    <w:rsid w:val="00A34182"/>
    <w:rsid w:val="00A911DF"/>
    <w:rsid w:val="00AA1D8D"/>
    <w:rsid w:val="00AD2341"/>
    <w:rsid w:val="00AD75E0"/>
    <w:rsid w:val="00AE1E5B"/>
    <w:rsid w:val="00B47730"/>
    <w:rsid w:val="00CA7192"/>
    <w:rsid w:val="00CB0664"/>
    <w:rsid w:val="00D67FCC"/>
    <w:rsid w:val="00E14693"/>
    <w:rsid w:val="00F50F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CFB23B1"/>
  <w14:defaultImageDpi w14:val="330"/>
  <w15:docId w15:val="{9FEF6A06-E8F5-4197-9BD7-A55F475B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FAA6B7-4F55-4486-A475-C4C3B0BA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müberra</cp:lastModifiedBy>
  <cp:revision>2</cp:revision>
  <dcterms:created xsi:type="dcterms:W3CDTF">2026-07-01T11:37:00Z</dcterms:created>
  <dcterms:modified xsi:type="dcterms:W3CDTF">2026-07-01T11:37:00Z</dcterms:modified>
  <cp:category/>
</cp:coreProperties>
</file>