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66F2" w:rsidRDefault="002266F2" w:rsidP="00CA7192">
      <w:pPr>
        <w:spacing w:after="0" w:line="240" w:lineRule="auto"/>
        <w:jc w:val="center"/>
        <w:rPr>
          <w:b/>
          <w:sz w:val="24"/>
        </w:rPr>
      </w:pPr>
    </w:p>
    <w:p w:rsidR="002266F2" w:rsidRPr="002266F2" w:rsidRDefault="002266F2" w:rsidP="00CA7192">
      <w:pPr>
        <w:spacing w:after="0" w:line="240" w:lineRule="auto"/>
        <w:jc w:val="center"/>
        <w:rPr>
          <w:b/>
          <w:sz w:val="24"/>
        </w:rPr>
      </w:pPr>
      <w:r w:rsidRPr="002266F2">
        <w:rPr>
          <w:b/>
          <w:sz w:val="24"/>
        </w:rPr>
        <w:t>T.C</w:t>
      </w:r>
      <w:r w:rsidR="003355BE">
        <w:rPr>
          <w:b/>
          <w:sz w:val="24"/>
        </w:rPr>
        <w:t>.</w:t>
      </w:r>
    </w:p>
    <w:p w:rsidR="00996D3F" w:rsidRPr="002266F2" w:rsidRDefault="004C0AC1" w:rsidP="00CA7192">
      <w:pPr>
        <w:spacing w:after="0" w:line="240" w:lineRule="auto"/>
        <w:jc w:val="center"/>
        <w:rPr>
          <w:b/>
          <w:sz w:val="24"/>
        </w:rPr>
      </w:pPr>
      <w:r w:rsidRPr="002266F2">
        <w:rPr>
          <w:b/>
          <w:sz w:val="24"/>
        </w:rPr>
        <w:t>ANKARA ÜNİVERSİTESİ REKTÖRLÜĞÜNE</w:t>
      </w:r>
    </w:p>
    <w:p w:rsidR="002266F2" w:rsidRPr="00CA7192" w:rsidRDefault="002266F2" w:rsidP="00CA7192">
      <w:pPr>
        <w:spacing w:after="0" w:line="240" w:lineRule="auto"/>
        <w:jc w:val="center"/>
        <w:rPr>
          <w:sz w:val="22"/>
          <w:szCs w:val="24"/>
        </w:rPr>
      </w:pPr>
    </w:p>
    <w:p w:rsidR="002266F2" w:rsidRDefault="002266F2" w:rsidP="00CA7192">
      <w:pPr>
        <w:spacing w:line="240" w:lineRule="auto"/>
        <w:jc w:val="center"/>
        <w:rPr>
          <w:b/>
          <w:sz w:val="24"/>
        </w:rPr>
      </w:pPr>
    </w:p>
    <w:p w:rsidR="00996D3F" w:rsidRPr="004C0AC1" w:rsidRDefault="004C0AC1" w:rsidP="003355BE">
      <w:pPr>
        <w:spacing w:after="0"/>
        <w:jc w:val="center"/>
        <w:rPr>
          <w:sz w:val="18"/>
          <w:szCs w:val="20"/>
        </w:rPr>
      </w:pPr>
      <w:r>
        <w:rPr>
          <w:b/>
        </w:rPr>
        <w:t>UBED BAŞVURUSU KAPSAMINDA PATENT FERAGAT BEYANI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9"/>
        <w:gridCol w:w="6969"/>
      </w:tblGrid>
      <w:tr w:rsidR="00996D3F" w:rsidRPr="00CA7192" w:rsidTr="008D0054">
        <w:trPr>
          <w:jc w:val="center"/>
        </w:trPr>
        <w:tc>
          <w:tcPr>
            <w:tcW w:w="3179" w:type="dxa"/>
            <w:shd w:val="clear" w:color="auto" w:fill="D9EAF7"/>
            <w:vAlign w:val="center"/>
          </w:tcPr>
          <w:p w:rsidR="008D09AD" w:rsidRDefault="00A6232B">
            <w:r>
              <w:t>Başvuru Sahibi</w:t>
            </w:r>
          </w:p>
        </w:tc>
        <w:tc>
          <w:tcPr>
            <w:tcW w:w="6969" w:type="dxa"/>
            <w:vAlign w:val="center"/>
          </w:tcPr>
          <w:p w:rsidR="008D09AD" w:rsidRDefault="008D09AD"/>
        </w:tc>
      </w:tr>
      <w:tr w:rsidR="00996D3F" w:rsidRPr="00CA7192" w:rsidTr="008D0054">
        <w:trPr>
          <w:jc w:val="center"/>
        </w:trPr>
        <w:tc>
          <w:tcPr>
            <w:tcW w:w="3179" w:type="dxa"/>
            <w:shd w:val="clear" w:color="auto" w:fill="D9EAF7"/>
            <w:vAlign w:val="center"/>
          </w:tcPr>
          <w:p w:rsidR="008D09AD" w:rsidRDefault="00A6232B">
            <w:r>
              <w:t>Akademik Birim</w:t>
            </w:r>
          </w:p>
        </w:tc>
        <w:tc>
          <w:tcPr>
            <w:tcW w:w="6969" w:type="dxa"/>
            <w:vAlign w:val="center"/>
          </w:tcPr>
          <w:p w:rsidR="008D09AD" w:rsidRDefault="008D09AD"/>
        </w:tc>
      </w:tr>
      <w:tr w:rsidR="00996D3F" w:rsidRPr="00CA7192" w:rsidTr="008D0054">
        <w:trPr>
          <w:jc w:val="center"/>
        </w:trPr>
        <w:tc>
          <w:tcPr>
            <w:tcW w:w="3179" w:type="dxa"/>
            <w:shd w:val="clear" w:color="auto" w:fill="D9EAF7"/>
            <w:vAlign w:val="center"/>
          </w:tcPr>
          <w:p w:rsidR="008D09AD" w:rsidRDefault="00A6232B">
            <w:r>
              <w:t>UBED Başvuru Kapsamı</w:t>
            </w:r>
          </w:p>
        </w:tc>
        <w:tc>
          <w:tcPr>
            <w:tcW w:w="6969" w:type="dxa"/>
            <w:vAlign w:val="center"/>
          </w:tcPr>
          <w:p w:rsidR="008D09AD" w:rsidRDefault="008D09AD"/>
        </w:tc>
      </w:tr>
      <w:tr w:rsidR="00996D3F" w:rsidRPr="00CA7192" w:rsidTr="008D0054">
        <w:trPr>
          <w:jc w:val="center"/>
        </w:trPr>
        <w:tc>
          <w:tcPr>
            <w:tcW w:w="3179" w:type="dxa"/>
            <w:shd w:val="clear" w:color="auto" w:fill="D9EAF7"/>
            <w:vAlign w:val="center"/>
          </w:tcPr>
          <w:p w:rsidR="008D09AD" w:rsidRDefault="00A6232B">
            <w:r>
              <w:t>Patent Adı</w:t>
            </w:r>
          </w:p>
        </w:tc>
        <w:tc>
          <w:tcPr>
            <w:tcW w:w="6969" w:type="dxa"/>
            <w:vAlign w:val="center"/>
          </w:tcPr>
          <w:p w:rsidR="008D09AD" w:rsidRDefault="008D09AD"/>
        </w:tc>
      </w:tr>
      <w:tr w:rsidR="00996D3F" w:rsidRPr="00CA7192" w:rsidTr="008D0054">
        <w:trPr>
          <w:jc w:val="center"/>
        </w:trPr>
        <w:tc>
          <w:tcPr>
            <w:tcW w:w="3179" w:type="dxa"/>
            <w:shd w:val="clear" w:color="auto" w:fill="D9EAF7"/>
            <w:vAlign w:val="center"/>
          </w:tcPr>
          <w:p w:rsidR="008D09AD" w:rsidRDefault="00A6232B">
            <w:r>
              <w:t>Patentte Yer Alan Öğretim Elemanları</w:t>
            </w:r>
          </w:p>
        </w:tc>
        <w:tc>
          <w:tcPr>
            <w:tcW w:w="6969" w:type="dxa"/>
            <w:vAlign w:val="center"/>
          </w:tcPr>
          <w:p w:rsidR="008D09AD" w:rsidRDefault="008D09AD"/>
        </w:tc>
      </w:tr>
      <w:tr w:rsidR="00996D3F" w:rsidRPr="00CA7192" w:rsidTr="008D0054">
        <w:trPr>
          <w:jc w:val="center"/>
        </w:trPr>
        <w:tc>
          <w:tcPr>
            <w:tcW w:w="3179" w:type="dxa"/>
            <w:shd w:val="clear" w:color="auto" w:fill="D9EAF7"/>
            <w:vAlign w:val="center"/>
          </w:tcPr>
          <w:p w:rsidR="008D09AD" w:rsidRDefault="00A6232B">
            <w:r>
              <w:t>Patent / Tescil No</w:t>
            </w:r>
          </w:p>
        </w:tc>
        <w:tc>
          <w:tcPr>
            <w:tcW w:w="6969" w:type="dxa"/>
            <w:vAlign w:val="center"/>
          </w:tcPr>
          <w:p w:rsidR="008D09AD" w:rsidRDefault="008D09AD"/>
        </w:tc>
      </w:tr>
      <w:tr w:rsidR="00996D3F" w:rsidRPr="00CA7192" w:rsidTr="008D0054">
        <w:trPr>
          <w:jc w:val="center"/>
        </w:trPr>
        <w:tc>
          <w:tcPr>
            <w:tcW w:w="3179" w:type="dxa"/>
            <w:shd w:val="clear" w:color="auto" w:fill="D9EAF7"/>
            <w:vAlign w:val="center"/>
          </w:tcPr>
          <w:p w:rsidR="008D09AD" w:rsidRDefault="00A6232B">
            <w:r>
              <w:t>Tescil Tarihi</w:t>
            </w:r>
          </w:p>
        </w:tc>
        <w:tc>
          <w:tcPr>
            <w:tcW w:w="6969" w:type="dxa"/>
            <w:vAlign w:val="center"/>
          </w:tcPr>
          <w:p w:rsidR="008D09AD" w:rsidRDefault="008D09AD"/>
        </w:tc>
      </w:tr>
      <w:tr w:rsidR="00996D3F" w:rsidRPr="00CA7192" w:rsidTr="008D0054">
        <w:trPr>
          <w:jc w:val="center"/>
        </w:trPr>
        <w:tc>
          <w:tcPr>
            <w:tcW w:w="3179" w:type="dxa"/>
            <w:shd w:val="clear" w:color="auto" w:fill="D9EAF7"/>
            <w:vAlign w:val="center"/>
          </w:tcPr>
          <w:p w:rsidR="008D09AD" w:rsidRDefault="00A6232B">
            <w:r>
              <w:t>Patent Türü</w:t>
            </w:r>
          </w:p>
        </w:tc>
        <w:tc>
          <w:tcPr>
            <w:tcW w:w="6969" w:type="dxa"/>
            <w:vAlign w:val="center"/>
          </w:tcPr>
          <w:p w:rsidR="008D09AD" w:rsidRDefault="008D09AD"/>
        </w:tc>
      </w:tr>
      <w:tr w:rsidR="00996D3F" w:rsidRPr="00CA7192" w:rsidTr="008D0054">
        <w:trPr>
          <w:jc w:val="center"/>
        </w:trPr>
        <w:tc>
          <w:tcPr>
            <w:tcW w:w="3179" w:type="dxa"/>
            <w:shd w:val="clear" w:color="auto" w:fill="D9EAF7"/>
            <w:vAlign w:val="center"/>
          </w:tcPr>
          <w:p w:rsidR="008D09AD" w:rsidRDefault="00A6232B">
            <w:r>
              <w:t>Tescil Kurumu</w:t>
            </w:r>
          </w:p>
        </w:tc>
        <w:tc>
          <w:tcPr>
            <w:tcW w:w="6969" w:type="dxa"/>
            <w:vAlign w:val="center"/>
          </w:tcPr>
          <w:p w:rsidR="008D09AD" w:rsidRDefault="008D09AD"/>
        </w:tc>
      </w:tr>
      <w:tr w:rsidR="00996D3F" w:rsidRPr="00CA7192" w:rsidTr="008D0054">
        <w:trPr>
          <w:jc w:val="center"/>
        </w:trPr>
        <w:tc>
          <w:tcPr>
            <w:tcW w:w="3179" w:type="dxa"/>
            <w:shd w:val="clear" w:color="auto" w:fill="D9EAF7"/>
            <w:vAlign w:val="center"/>
          </w:tcPr>
          <w:p w:rsidR="008D09AD" w:rsidRDefault="00A6232B">
            <w:r>
              <w:t xml:space="preserve">Patent </w:t>
            </w:r>
            <w:r>
              <w:t>Sahibi / Hak Sahibi</w:t>
            </w:r>
          </w:p>
        </w:tc>
        <w:tc>
          <w:tcPr>
            <w:tcW w:w="6969" w:type="dxa"/>
            <w:vAlign w:val="center"/>
          </w:tcPr>
          <w:p w:rsidR="008D09AD" w:rsidRDefault="008D09AD"/>
        </w:tc>
      </w:tr>
    </w:tbl>
    <w:p w:rsidR="00996D3F" w:rsidRPr="00CA7192" w:rsidRDefault="00996D3F">
      <w:pPr>
        <w:spacing w:after="40" w:line="252" w:lineRule="auto"/>
        <w:rPr>
          <w:sz w:val="24"/>
          <w:szCs w:val="28"/>
        </w:rPr>
      </w:pPr>
    </w:p>
    <w:p w:rsidR="008D0054" w:rsidRDefault="008D0054" w:rsidP="00CA7192">
      <w:pPr>
        <w:spacing w:after="120" w:line="252" w:lineRule="auto"/>
        <w:ind w:firstLine="397"/>
        <w:jc w:val="both"/>
        <w:rPr>
          <w:sz w:val="22"/>
          <w:szCs w:val="24"/>
        </w:rPr>
      </w:pPr>
    </w:p>
    <w:p w:rsidR="00996D3F" w:rsidRPr="004D00F8" w:rsidRDefault="004C0AC1" w:rsidP="00CA7192">
      <w:pPr>
        <w:spacing w:after="120" w:line="252" w:lineRule="auto"/>
        <w:ind w:firstLine="397"/>
        <w:jc w:val="both"/>
        <w:rPr>
          <w:sz w:val="22"/>
          <w:szCs w:val="24"/>
          <w:lang w:val="tr-TR"/>
        </w:rPr>
      </w:pPr>
      <w:r>
        <w:t>Yukarıda bilgileri verilen patente ilişkin olarak, Ankara Üniversitesi Uluslararası Bilimsel Etkinlik Destek (UBED) başvurusu kapsamında UBED İlkeleri Madde 2.4.ç uyarınca doğabilecek destekten yararlanma hakkımı, başvuru sahibi …………………’a bıraktığımı ve bu patent kapsamında aynı destekten ayrıca yararlanmayacağımı beyan ederim.</w:t>
      </w:r>
    </w:p>
    <w:p w:rsidR="00996D3F" w:rsidRPr="004D00F8" w:rsidRDefault="004C0AC1">
      <w:pPr>
        <w:spacing w:after="160" w:line="252" w:lineRule="auto"/>
        <w:rPr>
          <w:sz w:val="22"/>
          <w:szCs w:val="24"/>
          <w:lang w:val="tr-TR"/>
        </w:rPr>
      </w:pPr>
      <w:r w:rsidRPr="004D00F8">
        <w:rPr>
          <w:sz w:val="22"/>
          <w:szCs w:val="24"/>
          <w:lang w:val="tr-TR"/>
        </w:rPr>
        <w:t>Gereğini bilgilerinize arz ederim.</w:t>
      </w:r>
    </w:p>
    <w:p w:rsidR="008D0054" w:rsidRPr="008D0054" w:rsidRDefault="008D0054">
      <w:pPr>
        <w:spacing w:after="160" w:line="252" w:lineRule="auto"/>
        <w:rPr>
          <w:sz w:val="22"/>
          <w:szCs w:val="24"/>
        </w:rPr>
      </w:pPr>
    </w:p>
    <w:p w:rsidR="00996D3F" w:rsidRPr="00CA7192" w:rsidRDefault="004C0AC1">
      <w:pPr>
        <w:spacing w:after="40" w:line="252" w:lineRule="auto"/>
        <w:rPr>
          <w:sz w:val="24"/>
          <w:szCs w:val="28"/>
        </w:rPr>
      </w:pPr>
      <w:r>
        <w:rPr>
          <w:b/>
        </w:rPr>
        <w:t>Feragat Eden Patent Ortaklarının İmza Bölümü</w:t>
      </w:r>
    </w:p>
    <w:tbl>
      <w:tblPr>
        <w:tblW w:w="0" w:type="auto"/>
        <w:jc w:val="center"/>
        <w:tblLook w:val="04A0" w:firstRow="1" w:lastRow="0" w:firstColumn="1" w:lastColumn="0" w:noHBand="0" w:noVBand="1"/>
      </w:tblPr>
      <w:tblGrid>
        <w:gridCol w:w="584"/>
        <w:gridCol w:w="2482"/>
        <w:gridCol w:w="3260"/>
        <w:gridCol w:w="1292"/>
        <w:gridCol w:w="2585"/>
      </w:tblGrid>
      <w:tr w:rsidR="00996D3F" w:rsidRPr="008D0054" w:rsidTr="004B7C5F">
        <w:trPr>
          <w:tblHeader/>
          <w:jc w:val="center"/>
        </w:trPr>
        <w:tc>
          <w:tcPr>
            <w:tcW w:w="584" w:type="dxa"/>
            <w:tcBorders>
              <w:top w:val="single" w:sz="6" w:space="0" w:color="777777"/>
              <w:left w:val="single" w:sz="6" w:space="0" w:color="777777"/>
              <w:bottom w:val="single" w:sz="6" w:space="0" w:color="777777"/>
              <w:right w:val="single" w:sz="6" w:space="0" w:color="777777"/>
            </w:tcBorders>
            <w:shd w:val="clear" w:color="auto" w:fill="D9EAF7"/>
            <w:vAlign w:val="center"/>
          </w:tcPr>
          <w:p w:rsidR="008D09AD" w:rsidRDefault="00A6232B">
            <w:r>
              <w:t>No</w:t>
            </w:r>
          </w:p>
        </w:tc>
        <w:tc>
          <w:tcPr>
            <w:tcW w:w="2482" w:type="dxa"/>
            <w:tcBorders>
              <w:top w:val="single" w:sz="6" w:space="0" w:color="777777"/>
              <w:left w:val="single" w:sz="6" w:space="0" w:color="777777"/>
              <w:bottom w:val="single" w:sz="6" w:space="0" w:color="777777"/>
              <w:right w:val="single" w:sz="6" w:space="0" w:color="777777"/>
            </w:tcBorders>
            <w:shd w:val="clear" w:color="auto" w:fill="D9EAF7"/>
            <w:vAlign w:val="center"/>
          </w:tcPr>
          <w:p w:rsidR="008D09AD" w:rsidRDefault="00A6232B">
            <w:r>
              <w:t>Feragat Edenin Adı Soyadı</w:t>
            </w:r>
          </w:p>
        </w:tc>
        <w:tc>
          <w:tcPr>
            <w:tcW w:w="3260" w:type="dxa"/>
            <w:tcBorders>
              <w:top w:val="single" w:sz="6" w:space="0" w:color="777777"/>
              <w:left w:val="single" w:sz="6" w:space="0" w:color="777777"/>
              <w:bottom w:val="single" w:sz="6" w:space="0" w:color="777777"/>
              <w:right w:val="single" w:sz="6" w:space="0" w:color="777777"/>
            </w:tcBorders>
            <w:shd w:val="clear" w:color="auto" w:fill="D9EAF7"/>
            <w:vAlign w:val="center"/>
          </w:tcPr>
          <w:p w:rsidR="008D09AD" w:rsidRDefault="00A6232B">
            <w:r>
              <w:t xml:space="preserve">Kurum / Akademik </w:t>
            </w:r>
            <w:r>
              <w:t>Birim</w:t>
            </w:r>
          </w:p>
        </w:tc>
        <w:tc>
          <w:tcPr>
            <w:tcW w:w="1292" w:type="dxa"/>
            <w:tcBorders>
              <w:top w:val="single" w:sz="6" w:space="0" w:color="777777"/>
              <w:left w:val="single" w:sz="6" w:space="0" w:color="777777"/>
              <w:bottom w:val="single" w:sz="6" w:space="0" w:color="777777"/>
              <w:right w:val="single" w:sz="6" w:space="0" w:color="777777"/>
            </w:tcBorders>
            <w:shd w:val="clear" w:color="auto" w:fill="D9EAF7"/>
            <w:vAlign w:val="center"/>
          </w:tcPr>
          <w:p w:rsidR="008D09AD" w:rsidRDefault="00A6232B">
            <w:r>
              <w:t>Tarih</w:t>
            </w:r>
          </w:p>
        </w:tc>
        <w:tc>
          <w:tcPr>
            <w:tcW w:w="2585" w:type="dxa"/>
            <w:tcBorders>
              <w:top w:val="single" w:sz="6" w:space="0" w:color="777777"/>
              <w:left w:val="single" w:sz="6" w:space="0" w:color="777777"/>
              <w:bottom w:val="single" w:sz="6" w:space="0" w:color="777777"/>
              <w:right w:val="single" w:sz="6" w:space="0" w:color="777777"/>
            </w:tcBorders>
            <w:shd w:val="clear" w:color="auto" w:fill="D9EAF7"/>
            <w:vAlign w:val="center"/>
          </w:tcPr>
          <w:p w:rsidR="008D09AD" w:rsidRDefault="00A6232B">
            <w:r>
              <w:t>İmza</w:t>
            </w:r>
          </w:p>
        </w:tc>
      </w:tr>
      <w:tr w:rsidR="00996D3F" w:rsidRPr="008D0054" w:rsidTr="004B7C5F">
        <w:trPr>
          <w:jc w:val="center"/>
        </w:trPr>
        <w:tc>
          <w:tcPr>
            <w:tcW w:w="584" w:type="dxa"/>
            <w:tcBorders>
              <w:top w:val="single" w:sz="6" w:space="0" w:color="777777"/>
              <w:left w:val="single" w:sz="6" w:space="0" w:color="777777"/>
              <w:bottom w:val="single" w:sz="6" w:space="0" w:color="777777"/>
              <w:right w:val="single" w:sz="6" w:space="0" w:color="777777"/>
            </w:tcBorders>
            <w:vAlign w:val="center"/>
          </w:tcPr>
          <w:p w:rsidR="00996D3F" w:rsidRPr="008D0054" w:rsidRDefault="004C0AC1" w:rsidP="008D0054">
            <w:pPr>
              <w:spacing w:after="0" w:line="240" w:lineRule="auto"/>
              <w:jc w:val="center"/>
              <w:rPr>
                <w:sz w:val="28"/>
                <w:szCs w:val="32"/>
              </w:rPr>
            </w:pPr>
            <w:r w:rsidRPr="008D0054">
              <w:rPr>
                <w:sz w:val="22"/>
                <w:szCs w:val="32"/>
              </w:rPr>
              <w:t>1</w:t>
            </w:r>
          </w:p>
        </w:tc>
        <w:tc>
          <w:tcPr>
            <w:tcW w:w="2482" w:type="dxa"/>
            <w:tcBorders>
              <w:top w:val="single" w:sz="6" w:space="0" w:color="777777"/>
              <w:left w:val="single" w:sz="6" w:space="0" w:color="777777"/>
              <w:bottom w:val="single" w:sz="6" w:space="0" w:color="777777"/>
              <w:right w:val="single" w:sz="6" w:space="0" w:color="777777"/>
            </w:tcBorders>
            <w:vAlign w:val="center"/>
          </w:tcPr>
          <w:p w:rsidR="008D09AD" w:rsidRDefault="00A6232B">
            <w:r>
              <w:t>İsim Soyisim</w:t>
            </w:r>
          </w:p>
        </w:tc>
        <w:tc>
          <w:tcPr>
            <w:tcW w:w="3260" w:type="dxa"/>
            <w:tcBorders>
              <w:top w:val="single" w:sz="6" w:space="0" w:color="777777"/>
              <w:left w:val="single" w:sz="6" w:space="0" w:color="777777"/>
              <w:bottom w:val="single" w:sz="6" w:space="0" w:color="777777"/>
              <w:right w:val="single" w:sz="6" w:space="0" w:color="777777"/>
            </w:tcBorders>
            <w:vAlign w:val="center"/>
          </w:tcPr>
          <w:p w:rsidR="008D09AD" w:rsidRDefault="008D09AD"/>
        </w:tc>
        <w:tc>
          <w:tcPr>
            <w:tcW w:w="1292" w:type="dxa"/>
            <w:tcBorders>
              <w:top w:val="single" w:sz="6" w:space="0" w:color="777777"/>
              <w:left w:val="single" w:sz="6" w:space="0" w:color="777777"/>
              <w:bottom w:val="single" w:sz="6" w:space="0" w:color="777777"/>
              <w:right w:val="single" w:sz="6" w:space="0" w:color="777777"/>
            </w:tcBorders>
            <w:vAlign w:val="center"/>
          </w:tcPr>
          <w:p w:rsidR="008D09AD" w:rsidRDefault="008D09AD"/>
        </w:tc>
        <w:tc>
          <w:tcPr>
            <w:tcW w:w="2585" w:type="dxa"/>
            <w:tcBorders>
              <w:top w:val="single" w:sz="6" w:space="0" w:color="777777"/>
              <w:left w:val="single" w:sz="6" w:space="0" w:color="777777"/>
              <w:bottom w:val="single" w:sz="6" w:space="0" w:color="777777"/>
              <w:right w:val="single" w:sz="6" w:space="0" w:color="777777"/>
            </w:tcBorders>
            <w:vAlign w:val="center"/>
          </w:tcPr>
          <w:p w:rsidR="00996D3F" w:rsidRPr="008D0054" w:rsidRDefault="004C0AC1" w:rsidP="008D0054">
            <w:pPr>
              <w:spacing w:after="0" w:line="240" w:lineRule="auto"/>
              <w:rPr>
                <w:sz w:val="28"/>
                <w:szCs w:val="32"/>
              </w:rPr>
            </w:pPr>
            <w:r w:rsidRPr="008D0054">
              <w:rPr>
                <w:sz w:val="28"/>
                <w:szCs w:val="32"/>
              </w:rPr>
              <w:br/>
            </w:r>
            <w:r w:rsidRPr="008D0054">
              <w:rPr>
                <w:sz w:val="28"/>
                <w:szCs w:val="32"/>
              </w:rPr>
              <w:br/>
            </w:r>
          </w:p>
        </w:tc>
      </w:tr>
      <w:tr w:rsidR="004B7C5F" w:rsidRPr="008D0054" w:rsidTr="004B7C5F">
        <w:trPr>
          <w:trHeight w:val="1011"/>
          <w:jc w:val="center"/>
        </w:trPr>
        <w:tc>
          <w:tcPr>
            <w:tcW w:w="584" w:type="dxa"/>
            <w:tcBorders>
              <w:top w:val="single" w:sz="6" w:space="0" w:color="777777"/>
              <w:left w:val="single" w:sz="6" w:space="0" w:color="777777"/>
              <w:bottom w:val="single" w:sz="6" w:space="0" w:color="777777"/>
              <w:right w:val="single" w:sz="6" w:space="0" w:color="777777"/>
            </w:tcBorders>
            <w:vAlign w:val="center"/>
          </w:tcPr>
          <w:p w:rsidR="004B7C5F" w:rsidRPr="008D0054" w:rsidRDefault="004B7C5F" w:rsidP="004B7C5F">
            <w:pPr>
              <w:spacing w:after="0" w:line="240" w:lineRule="auto"/>
              <w:jc w:val="center"/>
              <w:rPr>
                <w:sz w:val="22"/>
                <w:szCs w:val="32"/>
              </w:rPr>
            </w:pPr>
            <w:r>
              <w:rPr>
                <w:sz w:val="22"/>
                <w:szCs w:val="32"/>
              </w:rPr>
              <w:t>2</w:t>
            </w:r>
          </w:p>
        </w:tc>
        <w:tc>
          <w:tcPr>
            <w:tcW w:w="2482" w:type="dxa"/>
            <w:tcBorders>
              <w:top w:val="single" w:sz="6" w:space="0" w:color="777777"/>
              <w:left w:val="single" w:sz="6" w:space="0" w:color="777777"/>
              <w:bottom w:val="single" w:sz="6" w:space="0" w:color="777777"/>
              <w:right w:val="single" w:sz="6" w:space="0" w:color="777777"/>
            </w:tcBorders>
            <w:vAlign w:val="center"/>
          </w:tcPr>
          <w:p w:rsidR="008D09AD" w:rsidRDefault="00A6232B">
            <w:r>
              <w:t>İsim Soyisim</w:t>
            </w:r>
          </w:p>
        </w:tc>
        <w:tc>
          <w:tcPr>
            <w:tcW w:w="3260" w:type="dxa"/>
            <w:tcBorders>
              <w:top w:val="single" w:sz="6" w:space="0" w:color="777777"/>
              <w:left w:val="single" w:sz="6" w:space="0" w:color="777777"/>
              <w:bottom w:val="single" w:sz="6" w:space="0" w:color="777777"/>
              <w:right w:val="single" w:sz="6" w:space="0" w:color="777777"/>
            </w:tcBorders>
            <w:vAlign w:val="center"/>
          </w:tcPr>
          <w:p w:rsidR="008D09AD" w:rsidRDefault="008D09AD"/>
        </w:tc>
        <w:tc>
          <w:tcPr>
            <w:tcW w:w="1292" w:type="dxa"/>
            <w:tcBorders>
              <w:top w:val="single" w:sz="6" w:space="0" w:color="777777"/>
              <w:left w:val="single" w:sz="6" w:space="0" w:color="777777"/>
              <w:bottom w:val="single" w:sz="6" w:space="0" w:color="777777"/>
              <w:right w:val="single" w:sz="6" w:space="0" w:color="777777"/>
            </w:tcBorders>
            <w:vAlign w:val="center"/>
          </w:tcPr>
          <w:p w:rsidR="008D09AD" w:rsidRDefault="008D09AD">
            <w:bookmarkStart w:id="0" w:name="_GoBack"/>
            <w:bookmarkEnd w:id="0"/>
          </w:p>
        </w:tc>
        <w:tc>
          <w:tcPr>
            <w:tcW w:w="2585" w:type="dxa"/>
            <w:tcBorders>
              <w:top w:val="single" w:sz="6" w:space="0" w:color="777777"/>
              <w:left w:val="single" w:sz="6" w:space="0" w:color="777777"/>
              <w:bottom w:val="single" w:sz="6" w:space="0" w:color="777777"/>
              <w:right w:val="single" w:sz="6" w:space="0" w:color="777777"/>
            </w:tcBorders>
            <w:vAlign w:val="center"/>
          </w:tcPr>
          <w:p w:rsidR="004B7C5F" w:rsidRPr="008D0054" w:rsidRDefault="004B7C5F" w:rsidP="004B7C5F">
            <w:pPr>
              <w:spacing w:after="0" w:line="240" w:lineRule="auto"/>
              <w:rPr>
                <w:sz w:val="28"/>
                <w:szCs w:val="32"/>
              </w:rPr>
            </w:pPr>
          </w:p>
        </w:tc>
      </w:tr>
    </w:tbl>
    <w:p w:rsidR="00996D3F" w:rsidRPr="00AE1E5B" w:rsidRDefault="004B7C5F" w:rsidP="00CA7192">
      <w:pPr>
        <w:rPr>
          <w:sz w:val="18"/>
          <w:szCs w:val="20"/>
        </w:rPr>
      </w:pPr>
      <w:r>
        <w:t>Not: Tablo satır sayısını gerektiği kadar artırabilirsiniz.</w:t>
      </w:r>
    </w:p>
    <w:sectPr w:rsidR="00996D3F" w:rsidRPr="00AE1E5B" w:rsidSect="00034616">
      <w:headerReference w:type="even" r:id="rId8"/>
      <w:headerReference w:type="default" r:id="rId9"/>
      <w:footerReference w:type="even" r:id="rId10"/>
      <w:footerReference w:type="default" r:id="rId11"/>
      <w:headerReference w:type="first" r:id="rId12"/>
      <w:footerReference w:type="first" r:id="rId13"/>
      <w:pgSz w:w="12240" w:h="15840"/>
      <w:pgMar w:top="850" w:right="964" w:bottom="850"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232B" w:rsidRDefault="00A6232B">
      <w:pPr>
        <w:spacing w:after="0" w:line="240" w:lineRule="auto"/>
      </w:pPr>
      <w:r>
        <w:separator/>
      </w:r>
    </w:p>
  </w:endnote>
  <w:endnote w:type="continuationSeparator" w:id="0">
    <w:p w:rsidR="00A6232B" w:rsidRDefault="00A623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7192" w:rsidRDefault="00CA7192">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6D3F" w:rsidRDefault="00996D3F">
    <w:pPr>
      <w:pStyle w:val="AltBilgi"/>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7192" w:rsidRDefault="00CA719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232B" w:rsidRDefault="00A6232B">
      <w:pPr>
        <w:spacing w:after="0" w:line="240" w:lineRule="auto"/>
      </w:pPr>
      <w:r>
        <w:separator/>
      </w:r>
    </w:p>
  </w:footnote>
  <w:footnote w:type="continuationSeparator" w:id="0">
    <w:p w:rsidR="00A6232B" w:rsidRDefault="00A623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7192" w:rsidRDefault="00A6232B">
    <w:pPr>
      <w:pStyle w:val="stBilgi"/>
    </w:pPr>
    <w:r>
      <w:rPr>
        <w:noProof/>
      </w:rPr>
      <w:pict w14:anchorId="5AF02C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3888282" o:spid="_x0000_s2050" type="#_x0000_t75" style="position:absolute;margin-left:0;margin-top:0;width:515.05pt;height:515.05pt;z-index:-251657216;mso-position-horizontal:center;mso-position-horizontal-relative:margin;mso-position-vertical:center;mso-position-vertical-relative:margin" o:allowincell="f">
          <v:imagedata r:id="rId1" o:title="Ankara Üniversitesi Logo-TR-Dairesel"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6D3F" w:rsidRPr="00CA7192" w:rsidRDefault="00A6232B" w:rsidP="00CA7192">
    <w:pPr>
      <w:pStyle w:val="stBilgi"/>
    </w:pPr>
    <w:r>
      <w:rPr>
        <w:noProof/>
      </w:rPr>
      <w:pict w14:anchorId="41C1D1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3888283" o:spid="_x0000_s2051" type="#_x0000_t75" style="position:absolute;margin-left:0;margin-top:0;width:515.05pt;height:515.05pt;z-index:-251656192;mso-position-horizontal:center;mso-position-horizontal-relative:margin;mso-position-vertical:center;mso-position-vertical-relative:margin" o:allowincell="f">
          <v:imagedata r:id="rId1" o:title="Ankara Üniversitesi Logo-TR-Dairesel"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7192" w:rsidRDefault="00A6232B">
    <w:pPr>
      <w:pStyle w:val="stBilgi"/>
    </w:pPr>
    <w:r>
      <w:rPr>
        <w:noProof/>
      </w:rPr>
      <w:pict w14:anchorId="753E1C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3888281" o:spid="_x0000_s2049" type="#_x0000_t75" style="position:absolute;margin-left:0;margin-top:0;width:515.05pt;height:515.05pt;z-index:-251658240;mso-position-horizontal:center;mso-position-horizontal-relative:margin;mso-position-vertical:center;mso-position-vertical-relative:margin" o:allowincell="f">
          <v:imagedata r:id="rId1" o:title="Ankara Üniversitesi Logo-TR-Dairesel"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C0657"/>
    <w:rsid w:val="000F76FB"/>
    <w:rsid w:val="00143350"/>
    <w:rsid w:val="001506EE"/>
    <w:rsid w:val="0015074B"/>
    <w:rsid w:val="002060D8"/>
    <w:rsid w:val="002266F2"/>
    <w:rsid w:val="0029639D"/>
    <w:rsid w:val="00326F90"/>
    <w:rsid w:val="003355BE"/>
    <w:rsid w:val="003F04FD"/>
    <w:rsid w:val="004200E8"/>
    <w:rsid w:val="00450956"/>
    <w:rsid w:val="0048254B"/>
    <w:rsid w:val="004B7C5F"/>
    <w:rsid w:val="004C0AC1"/>
    <w:rsid w:val="004D00F8"/>
    <w:rsid w:val="004E0BA9"/>
    <w:rsid w:val="00536CAB"/>
    <w:rsid w:val="006D16E5"/>
    <w:rsid w:val="008100F4"/>
    <w:rsid w:val="00816C13"/>
    <w:rsid w:val="00841F51"/>
    <w:rsid w:val="008D0054"/>
    <w:rsid w:val="008D09AD"/>
    <w:rsid w:val="00996D3F"/>
    <w:rsid w:val="00A34182"/>
    <w:rsid w:val="00A6232B"/>
    <w:rsid w:val="00A911DF"/>
    <w:rsid w:val="00AA1D8D"/>
    <w:rsid w:val="00AD2341"/>
    <w:rsid w:val="00AD75E0"/>
    <w:rsid w:val="00AE1E5B"/>
    <w:rsid w:val="00B47730"/>
    <w:rsid w:val="00CA7192"/>
    <w:rsid w:val="00CB0664"/>
    <w:rsid w:val="00D67FCC"/>
    <w:rsid w:val="00E14693"/>
    <w:rsid w:val="00F50FE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5EBB909C"/>
  <w14:defaultImageDpi w14:val="330"/>
  <w15:docId w15:val="{9FEF6A06-E8F5-4197-9BD7-A55F475B5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Calibri" w:eastAsia="Calibri" w:hAnsi="Calibri"/>
      <w:sz w:val="21"/>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onMetni">
    <w:name w:val="Balloon Text"/>
    <w:basedOn w:val="Normal"/>
    <w:link w:val="BalonMetniChar"/>
    <w:uiPriority w:val="99"/>
    <w:semiHidden/>
    <w:unhideWhenUsed/>
    <w:rsid w:val="00536CA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36CAB"/>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5140FC-ACB7-4764-B097-9CCEED10B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130</Words>
  <Characters>741</Characters>
  <Application>Microsoft Office Word</Application>
  <DocSecurity>0</DocSecurity>
  <Lines>6</Lines>
  <Paragraphs>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müberra</cp:lastModifiedBy>
  <cp:revision>2</cp:revision>
  <cp:lastPrinted>2026-09-15T12:09:00Z</cp:lastPrinted>
  <dcterms:created xsi:type="dcterms:W3CDTF">2026-09-15T12:15:00Z</dcterms:created>
  <dcterms:modified xsi:type="dcterms:W3CDTF">2026-09-15T12:15:00Z</dcterms:modified>
  <cp:category/>
</cp:coreProperties>
</file>